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מעצבים חולצה וסמל לקבוצה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לעיצוב חולצת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דוגמאות וצבעים בחולצה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על משמעות עיצוב וזהות קבוצתית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פסים לאורך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חצי מהחולצה בצבע אחד וחצי בצבע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לייצג את זהות הקבוצה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בדף בוחרים צבע ראשי וגם צבע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לרוחב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הסמל למשמעות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(הצלחה וזוהר)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(אומץ וכוח)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(גובה ויכולת מעוף)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(מהירות)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העיצוב לפי הסדר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צבע ראשי לחולצה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צבע שני לחולצה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דוגמה לחולצה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בוחרים מספר לשחקן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לכלול צבע ראשי, צבע שני, דוגמה, סמל והסבר קצר לבחירה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מבדיל נכון בין כיווני הפסים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מקשר סמל למשמעות הגיונית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צבעים, דוגמה, מספר, שם וסמל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לצייר בפועל את החולצה שעיצבו במחברת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הסברים אישיים בחלק הפתוח, אין תשובה אחת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לבצע את חלק ההתאמה בעבודת זוגות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מעצבים חולצה וסמל לקבוצה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מעצבים חולצה דמיונית לקבוצת כדורגל: בוחרים צבעים, דוגמה, מספר, שם וסמל. בדף התרגול נתרגל את כל המילים והרעיונות שקשורים לעיצוב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לרוחב  ·  לאורך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דוגמה מתארת חולצה עם קווים מלמעלה למטה?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פסים לאורך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פסים לרוחב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חצי-חצי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המשמעות של דוגמת חצי-חצי בחולצת כדורגל?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חצי מהחולצה בצבע אחד וחצי בצבע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חולצה עם חצי שרוול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חולצה עם חצי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תפקיד הסמל על חולצת הקבוצה?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לייצג את זהות 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לקישוט בלי 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להחליף את המספר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לבחור רק צבע אחד לחולצה.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דוגמת פס אלכסוני היא קו שעובר באלכסון על החולצה.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דוגמה עם קווים לאורך החולצה נקראת פסים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דוגמה עם קווים לרוחב החולצה נקראת פסים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הסמל למשמעות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כוכב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גובה ויכולת מעוף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הצלחה וזוהר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אומץ וכוח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העיצוב לפי הסדר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דוגמה לחולצה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מספר לשחקן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צבע ראשי לחולצה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צבע שני לחולצה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את החולצה שעיצבתם: אילו צבעים, דוגמה וסמל בחרתם,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פסים לאורך לפסים לרוחב?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לסמל אחד ומשמעות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מעצבים חולצה וסמל לקבוצה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