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לעיצוב חולצת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דוגמאות וצבעים בחולצה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על משמעות עיצוב וזהות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פסים לאורך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חצי מהחולצה בצבע אחד וחצי בצבע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לייצג את זהות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חולצה חלקה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בוחרים צבע ראשי וגם צבע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המספר הוא חלק מעיצוב החולצה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בדף יש שדה לבחירת שם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רשימת סמלים לבחירה כמו כוכב ואריה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(הצלחה וזוהר)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(אומץ וכוח)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(גובה ויכולת מעוף)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(חוכמה וזריזות)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העיצוב לפי הסדר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צבע ראשי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צבע שני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דוגמה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מספר לשחקן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 שם לקבוצה ואז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צבע ראשי, צבע שני, דוגמה, סמל והסבר קצר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שמקשר בין צבע/סמל לתכונה של הקבוצה, למשל אומץ או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מבדיל נכון בין כיווני הפסים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מקשר סמל למשמעות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צבעים, דוגמה, מספר, שם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בפועל את החולצה שעיצבו במחברת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הסברים אישיים בחלק הפתוח,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בעבודת 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בונים חולצה לקבוצת כדורגל מדומיינת. בוחרים צבעים, קו או דוגמה, מספר, שם לקבוצה וסמל. עכשיו נתרגל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או הקו שמופיעים על החולצה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פסים לאורך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קווים שעוברים מלמעלה למטה בחולצה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פסים לרוחב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קווים שעוברים מצד לצד בחולצה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חצי-חצי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מהחולצה בצבע אחד וחצי בצבע 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 אלכסוני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שעובר באלכסון על החולצה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שמייצג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חולצה חלקה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חולצה בלי שום דוגמה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 קבוצתית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שמייחד ומבדיל קבוצה מקבוצות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דוגמה הקווים הולכים מלמעלה למטה?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פסים לאורך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פסים לרוחב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חצי-חצי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חולצה חלקה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חצי-חצי בחולצה?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מהחולצה בצבע אחד וחצי בצבע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 עם חצי שרוול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עם חצי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חולצה שקופה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סמל מתאים למהירות?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סמל על החולצה?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לייצג את זהות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לקישוט בלי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את גודל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דוגמה הכי פשוטה?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פסים לאורך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 אלכסוני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חלקה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חצי-חצי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רק צבע אחד לחולצה.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דוגמת פס אלכסוני היא קו שעובר באלכסון על החולצה.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על החולצה לא קשור בכלל לעיצוב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הקבוצה הוא חלק מהעיצוב של החולצה בדף.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לבחור סמל לחולצה בדף.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דוגמה עם קווים לאורך החולצה נקראת פסים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 עם קווים לרוחב החולצה נקראת פסים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חולצה בלי שום דוגמה מיוחדת נקראת חולצה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הציור הקטן שמייצג את הקבוצה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הצלחה וזוהר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חוכמה וזריזות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אומץ וכוח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דולפין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גובה ויכולת מעוף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העיצוב לפי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צבע שני לחולצה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לקבוצה ואז סמל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מספר לשחקן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דוגמה לחולצה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צבע ראשי לחולצה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החולצה שעיצבתם: אילו צבעים, דוגמה וסמל בחרתם,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מה הצבעים והסמל של הקבוצה שלכם אומרים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פסים לאורך לפסים לרוחב?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לסמל אחד ומשמעות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בעיצוב חולצת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