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לעיצוב חולצת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דוגמאות וצבעים בחולצה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משמעות עיצוב וזהות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פסים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חצי מהחולצה בצבע אחד וחצי בצבע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לייצג את זהות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חולצה חלקה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צבע ראשי וגם 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המספר הוא חלק מעיצוב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בדף יש שדה לבחירת שם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רשימת סמלים לבחירה כמו כוכב ואריה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(הצלחה וזוהר)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(אומץ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(גובה ויכולת מעוף)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(חוכמה וזריזות)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העיצוב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צבע ראשי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צבע שני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דוגמה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מספר לשחקן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שם לקבוצה ואז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צבע ראשי, צבע שני, דוגמה, סמל והסבר קצר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שמקשר בין צבע/סמל לתכונה של הקבוצה, למשל אומץ או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נכון בין כיווני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מקשר סמל למשמעות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צבעים, דוגמה, מספר, שם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בפועל את החולצה שעיצבו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הסברים אישיים בחלק הפתוח,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בעבודת 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מעצבים חולצה דמיונית לקבוצת כדורגל: בוחרים צבעים, דוגמה, מספר, שם וסמל. בדף התרגול נתרגל את כל המילים והרעיונות שקשורים לעיצוב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דוגמה מתארת חולצה עם קווים מלמעלה למטה?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פסים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פסים לרוחב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חצי-חצי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חולצה חלקה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דוגמת חצי-חצי בחולצת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מהחולצה בצבע אחד וחצי בצבע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עם חצי שרוול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עם חצי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חולצה שקופה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בדף מתאים במיוחד לייצג מהירות?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הסמל על חולצת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לייצג את זהות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לקישוט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את גודל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דוגמה היא הכי פשוטה, בלי קווים או חלוקות?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פסים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 אלכסוני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חלקה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חצי-חצי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רק צבע אחד לחולצה.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דוגמת פס אלכסוני היא קו שעובר באלכסון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על החולצה לא קשור בכלל לעיצוב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הקבוצה הוא חלק מהעיצוב של החולצה 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לבחור סמל לחולצה 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דוגמה עם קווים לאורך החולצה נקראת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עם קווים לרוחב החולצה נקראת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חולצה בלי שום דוגמה מיוחדת נקראת חולצה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הקטן שמייצג את הקבוצה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חוכמה וזריזות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הצלחה וזוהר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אומץ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גובה ויכולת מעוף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דולפין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העיצוב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מספר לשחקן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לקבוצה ואז סמל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שני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ראשי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דוגמה לחולצה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החולצה שעיצבתם: אילו צבעים, דוגמה וסמל בחרתם,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הצבעים והסמל של הקבוצה שלכם אומרים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פסים לאורך לפסים לרוחב?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לסמל אחד ומשמעות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בעיצוב חולצת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